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CB305" w14:textId="77777777" w:rsidR="002D2BC3" w:rsidRDefault="00A445ED">
      <w:pPr>
        <w:pStyle w:val="Heading1"/>
        <w:jc w:val="center"/>
      </w:pPr>
      <w:r>
        <w:t>DOKUMENTASI PEKERJAAN JASA HARWAT SATPAS</w:t>
      </w:r>
    </w:p>
    <w:p w14:paraId="635C82FB" w14:textId="77777777" w:rsidR="002D2BC3" w:rsidRDefault="00A445ED">
      <w:pPr>
        <w:jc w:val="center"/>
      </w:pPr>
      <w:r>
        <w:t>POLRES LAMPUNG SELATAN</w:t>
      </w:r>
    </w:p>
    <w:p w14:paraId="6F19D1EA" w14:textId="77777777" w:rsidR="002D2BC3" w:rsidRDefault="00A445ED" w:rsidP="003A4396">
      <w:pPr>
        <w:spacing w:line="240" w:lineRule="auto"/>
      </w:pPr>
      <w:r>
        <w:br/>
        <w:t>POLDA : LAMPUNG</w:t>
      </w:r>
    </w:p>
    <w:p w14:paraId="4C96EC14" w14:textId="77777777" w:rsidR="002D2BC3" w:rsidRDefault="00A445ED" w:rsidP="003A4396">
      <w:pPr>
        <w:spacing w:line="240" w:lineRule="auto"/>
      </w:pPr>
      <w:r>
        <w:t>KODE SATPAS : 2527</w:t>
      </w:r>
    </w:p>
    <w:p w14:paraId="6BCCC99A" w14:textId="324560E9" w:rsidR="002D2BC3" w:rsidRDefault="00A445ED" w:rsidP="003A4396">
      <w:pPr>
        <w:spacing w:line="240" w:lineRule="auto"/>
      </w:pPr>
      <w:r>
        <w:t xml:space="preserve">NAMA </w:t>
      </w:r>
      <w:proofErr w:type="gramStart"/>
      <w:r>
        <w:t>SATPAS :</w:t>
      </w:r>
      <w:proofErr w:type="gramEnd"/>
      <w:r>
        <w:t xml:space="preserve"> POLRES LAMPUNG SELATAN</w:t>
      </w:r>
    </w:p>
    <w:p w14:paraId="2A5EFB7A" w14:textId="77777777" w:rsidR="002D2BC3" w:rsidRDefault="00A445ED">
      <w:pPr>
        <w:pStyle w:val="Heading2"/>
      </w:pPr>
      <w:r>
        <w:t>A. INFORMASI KEGIATAN</w:t>
      </w:r>
    </w:p>
    <w:p w14:paraId="18E24BC4" w14:textId="6D73B2BA" w:rsidR="002D2BC3" w:rsidRDefault="003A4396">
      <w:r>
        <w:tab/>
      </w:r>
      <w:r w:rsidR="00A445ED">
        <w:t>Lokasi</w:t>
      </w:r>
      <w:r>
        <w:tab/>
      </w:r>
      <w:r>
        <w:tab/>
      </w:r>
      <w:r w:rsidR="00A445ED">
        <w:t xml:space="preserve">: </w:t>
      </w:r>
      <w:proofErr w:type="spellStart"/>
      <w:r w:rsidR="00A445ED">
        <w:t>Pelayanan</w:t>
      </w:r>
      <w:proofErr w:type="spellEnd"/>
      <w:r w:rsidR="00A445ED">
        <w:t xml:space="preserve"> SIM </w:t>
      </w:r>
      <w:proofErr w:type="spellStart"/>
      <w:r w:rsidR="00A445ED">
        <w:t>Polres</w:t>
      </w:r>
      <w:proofErr w:type="spellEnd"/>
      <w:r w:rsidR="00A445ED">
        <w:t xml:space="preserve"> Lampung Selatan</w:t>
      </w:r>
    </w:p>
    <w:p w14:paraId="7D4BD8B1" w14:textId="4DBC4EC7" w:rsidR="003A4396" w:rsidRDefault="003A4396" w:rsidP="00D11565">
      <w:r>
        <w:tab/>
      </w:r>
      <w:proofErr w:type="spellStart"/>
      <w:r w:rsidR="00A445ED">
        <w:t>Tanggal</w:t>
      </w:r>
      <w:proofErr w:type="spellEnd"/>
      <w:r w:rsidR="00A445ED">
        <w:t xml:space="preserve"> </w:t>
      </w:r>
      <w:r>
        <w:tab/>
      </w:r>
      <w:r w:rsidR="00A445ED">
        <w:t>: 21 February 202</w:t>
      </w:r>
      <w:r>
        <w:t>6</w:t>
      </w:r>
    </w:p>
    <w:p w14:paraId="604B4BB1" w14:textId="1289217F" w:rsidR="002D2BC3" w:rsidRDefault="00D11565">
      <w:pPr>
        <w:pStyle w:val="Heading2"/>
      </w:pPr>
      <w:r>
        <w:t>B</w:t>
      </w:r>
      <w:r w:rsidR="00A445ED">
        <w:t>. DOKUMENTASI FOTO KEGIATAN</w:t>
      </w:r>
    </w:p>
    <w:p w14:paraId="43A3BE63" w14:textId="6087DDE6" w:rsidR="002D2BC3" w:rsidRDefault="00A445ED">
      <w:proofErr w:type="spellStart"/>
      <w:r>
        <w:t>Berikut</w:t>
      </w:r>
      <w:proofErr w:type="spellEnd"/>
      <w:r>
        <w:t xml:space="preserve"> </w:t>
      </w:r>
      <w:proofErr w:type="spellStart"/>
      <w:r>
        <w:t>dokumentasi</w:t>
      </w:r>
      <w:proofErr w:type="spellEnd"/>
      <w:r>
        <w:t xml:space="preserve"> </w:t>
      </w:r>
      <w:proofErr w:type="spellStart"/>
      <w:r>
        <w:t>kegiatan</w:t>
      </w:r>
      <w:proofErr w:type="spellEnd"/>
      <w:r w:rsidR="003A439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413"/>
      </w:tblGrid>
      <w:tr w:rsidR="00810BCB" w14:paraId="36AE1C02" w14:textId="77777777" w:rsidTr="00810BCB">
        <w:trPr>
          <w:jc w:val="center"/>
        </w:trPr>
        <w:tc>
          <w:tcPr>
            <w:tcW w:w="4443" w:type="dxa"/>
            <w:tcBorders>
              <w:top w:val="nil"/>
              <w:left w:val="nil"/>
              <w:bottom w:val="nil"/>
              <w:right w:val="nil"/>
            </w:tcBorders>
          </w:tcPr>
          <w:p w14:paraId="7BCBA3D1" w14:textId="0C450B6C" w:rsidR="002D2BC3" w:rsidRDefault="003A4396" w:rsidP="003A4396">
            <w:pPr>
              <w:jc w:val="center"/>
            </w:pPr>
            <w:r>
              <w:rPr>
                <w:noProof/>
              </w:rPr>
              <w:drawing>
                <wp:inline distT="0" distB="0" distL="0" distR="0" wp14:anchorId="35F15668" wp14:editId="506C9B04">
                  <wp:extent cx="2623820" cy="1843548"/>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b="5998"/>
                          <a:stretch/>
                        </pic:blipFill>
                        <pic:spPr bwMode="auto">
                          <a:xfrm>
                            <a:off x="0" y="0"/>
                            <a:ext cx="2669728" cy="1875804"/>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Membersihkan</w:t>
            </w:r>
            <w:proofErr w:type="spellEnd"/>
            <w:r>
              <w:t xml:space="preserve"> roller dan head print printer </w:t>
            </w:r>
            <w:proofErr w:type="spellStart"/>
            <w:r>
              <w:t>cetak</w:t>
            </w:r>
            <w:proofErr w:type="spellEnd"/>
            <w:r>
              <w:t xml:space="preserve"> SIM</w:t>
            </w:r>
            <w:r w:rsidR="00A445ED">
              <w:t>)</w:t>
            </w:r>
          </w:p>
        </w:tc>
        <w:tc>
          <w:tcPr>
            <w:tcW w:w="4413" w:type="dxa"/>
            <w:tcBorders>
              <w:top w:val="nil"/>
              <w:left w:val="nil"/>
              <w:bottom w:val="nil"/>
              <w:right w:val="nil"/>
            </w:tcBorders>
          </w:tcPr>
          <w:p w14:paraId="4E58908C" w14:textId="0F604851" w:rsidR="002D2BC3" w:rsidRDefault="003A4396" w:rsidP="003A4396">
            <w:pPr>
              <w:jc w:val="center"/>
            </w:pPr>
            <w:r>
              <w:rPr>
                <w:noProof/>
              </w:rPr>
              <w:drawing>
                <wp:inline distT="0" distB="0" distL="0" distR="0" wp14:anchorId="084FB1FC" wp14:editId="3CD696B4">
                  <wp:extent cx="2602865" cy="184340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srcRect b="5249"/>
                          <a:stretch/>
                        </pic:blipFill>
                        <pic:spPr bwMode="auto">
                          <a:xfrm>
                            <a:off x="0" y="0"/>
                            <a:ext cx="2654494" cy="1879970"/>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Membersihkan</w:t>
            </w:r>
            <w:proofErr w:type="spellEnd"/>
            <w:r>
              <w:t xml:space="preserve"> dan </w:t>
            </w:r>
            <w:proofErr w:type="spellStart"/>
            <w:r>
              <w:t>melakukan</w:t>
            </w:r>
            <w:proofErr w:type="spellEnd"/>
            <w:r>
              <w:t xml:space="preserve"> </w:t>
            </w:r>
            <w:proofErr w:type="spellStart"/>
            <w:r>
              <w:t>pengecekan</w:t>
            </w:r>
            <w:proofErr w:type="spellEnd"/>
            <w:r>
              <w:t xml:space="preserve"> adaptor printer </w:t>
            </w:r>
            <w:proofErr w:type="spellStart"/>
            <w:r>
              <w:t>cetak</w:t>
            </w:r>
            <w:proofErr w:type="spellEnd"/>
            <w:r>
              <w:t xml:space="preserve"> SIM</w:t>
            </w:r>
            <w:r w:rsidR="00A445ED">
              <w:t>)</w:t>
            </w:r>
          </w:p>
        </w:tc>
      </w:tr>
      <w:tr w:rsidR="00810BCB" w14:paraId="19347394" w14:textId="77777777" w:rsidTr="00810BCB">
        <w:trPr>
          <w:jc w:val="center"/>
        </w:trPr>
        <w:tc>
          <w:tcPr>
            <w:tcW w:w="4443" w:type="dxa"/>
            <w:tcBorders>
              <w:top w:val="nil"/>
              <w:left w:val="nil"/>
              <w:bottom w:val="nil"/>
              <w:right w:val="nil"/>
            </w:tcBorders>
          </w:tcPr>
          <w:p w14:paraId="507547B3" w14:textId="2719F020" w:rsidR="002D2BC3" w:rsidRDefault="003A4396" w:rsidP="003A4396">
            <w:pPr>
              <w:jc w:val="center"/>
            </w:pPr>
            <w:r>
              <w:rPr>
                <w:noProof/>
              </w:rPr>
              <w:drawing>
                <wp:inline distT="0" distB="0" distL="0" distR="0" wp14:anchorId="66F1CAAF" wp14:editId="4FC72D19">
                  <wp:extent cx="2617467" cy="18509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srcRect b="5393"/>
                          <a:stretch/>
                        </pic:blipFill>
                        <pic:spPr bwMode="auto">
                          <a:xfrm>
                            <a:off x="0" y="0"/>
                            <a:ext cx="2635290" cy="1863527"/>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Membersihkan</w:t>
            </w:r>
            <w:proofErr w:type="spellEnd"/>
            <w:r>
              <w:t xml:space="preserve"> dan </w:t>
            </w:r>
            <w:proofErr w:type="spellStart"/>
            <w:r>
              <w:t>melakukan</w:t>
            </w:r>
            <w:proofErr w:type="spellEnd"/>
            <w:r>
              <w:t xml:space="preserve"> </w:t>
            </w:r>
            <w:proofErr w:type="spellStart"/>
            <w:r>
              <w:t>pengecekan</w:t>
            </w:r>
            <w:proofErr w:type="spellEnd"/>
            <w:r>
              <w:t xml:space="preserve"> pada </w:t>
            </w:r>
            <w:proofErr w:type="spellStart"/>
            <w:r>
              <w:t>setiap</w:t>
            </w:r>
            <w:proofErr w:type="spellEnd"/>
            <w:r>
              <w:t xml:space="preserve"> port switch/hub</w:t>
            </w:r>
            <w:r w:rsidR="00A445ED">
              <w:t>)</w:t>
            </w:r>
          </w:p>
        </w:tc>
        <w:tc>
          <w:tcPr>
            <w:tcW w:w="4413" w:type="dxa"/>
            <w:tcBorders>
              <w:top w:val="nil"/>
              <w:left w:val="nil"/>
              <w:bottom w:val="nil"/>
              <w:right w:val="nil"/>
            </w:tcBorders>
          </w:tcPr>
          <w:p w14:paraId="3E4C891A" w14:textId="3D19D4D0" w:rsidR="002D2BC3" w:rsidRDefault="00B26F3E" w:rsidP="00B26F3E">
            <w:pPr>
              <w:jc w:val="center"/>
            </w:pPr>
            <w:r>
              <w:rPr>
                <w:noProof/>
              </w:rPr>
              <w:drawing>
                <wp:inline distT="0" distB="0" distL="0" distR="0" wp14:anchorId="05F358EF" wp14:editId="1C4924EA">
                  <wp:extent cx="2602176" cy="183617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srcRect b="5595"/>
                          <a:stretch/>
                        </pic:blipFill>
                        <pic:spPr bwMode="auto">
                          <a:xfrm>
                            <a:off x="0" y="0"/>
                            <a:ext cx="2647135" cy="1867899"/>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Melakukan</w:t>
            </w:r>
            <w:proofErr w:type="spellEnd"/>
            <w:r>
              <w:t xml:space="preserve"> </w:t>
            </w:r>
            <w:proofErr w:type="spellStart"/>
            <w:r>
              <w:t>pengecekan</w:t>
            </w:r>
            <w:proofErr w:type="spellEnd"/>
            <w:r>
              <w:t xml:space="preserve"> </w:t>
            </w:r>
            <w:proofErr w:type="spellStart"/>
            <w:r>
              <w:t>koneksi</w:t>
            </w:r>
            <w:proofErr w:type="spellEnd"/>
            <w:r>
              <w:t xml:space="preserve"> pada modem/router</w:t>
            </w:r>
            <w:r w:rsidR="00A445ED">
              <w:t>)</w:t>
            </w:r>
          </w:p>
        </w:tc>
      </w:tr>
      <w:tr w:rsidR="00810BCB" w14:paraId="703DFBCE" w14:textId="77777777" w:rsidTr="00810BCB">
        <w:trPr>
          <w:jc w:val="center"/>
        </w:trPr>
        <w:tc>
          <w:tcPr>
            <w:tcW w:w="4443" w:type="dxa"/>
            <w:tcBorders>
              <w:top w:val="nil"/>
              <w:left w:val="nil"/>
              <w:bottom w:val="nil"/>
              <w:right w:val="nil"/>
            </w:tcBorders>
          </w:tcPr>
          <w:p w14:paraId="0C42B309" w14:textId="03DDF62E" w:rsidR="002D2BC3" w:rsidRDefault="00B26F3E" w:rsidP="00B26F3E">
            <w:pPr>
              <w:jc w:val="center"/>
            </w:pPr>
            <w:r>
              <w:rPr>
                <w:noProof/>
              </w:rPr>
              <w:lastRenderedPageBreak/>
              <w:drawing>
                <wp:inline distT="0" distB="0" distL="0" distR="0" wp14:anchorId="26BF2589" wp14:editId="2D467AB3">
                  <wp:extent cx="2623820" cy="1858297"/>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srcRect b="5246"/>
                          <a:stretch/>
                        </pic:blipFill>
                        <pic:spPr bwMode="auto">
                          <a:xfrm>
                            <a:off x="0" y="0"/>
                            <a:ext cx="2650050" cy="1876874"/>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Melakukan</w:t>
            </w:r>
            <w:proofErr w:type="spellEnd"/>
            <w:r>
              <w:t xml:space="preserve"> test </w:t>
            </w:r>
            <w:proofErr w:type="spellStart"/>
            <w:r>
              <w:t>jaringan</w:t>
            </w:r>
            <w:proofErr w:type="spellEnd"/>
            <w:r>
              <w:t xml:space="preserve"> dan </w:t>
            </w:r>
            <w:proofErr w:type="spellStart"/>
            <w:r>
              <w:t>memastikan</w:t>
            </w:r>
            <w:proofErr w:type="spellEnd"/>
            <w:r>
              <w:t xml:space="preserve"> </w:t>
            </w:r>
            <w:proofErr w:type="spellStart"/>
            <w:r>
              <w:t>dapat</w:t>
            </w:r>
            <w:proofErr w:type="spellEnd"/>
            <w:r>
              <w:t xml:space="preserve"> </w:t>
            </w:r>
            <w:proofErr w:type="spellStart"/>
            <w:r>
              <w:t>terkoneksi</w:t>
            </w:r>
            <w:proofErr w:type="spellEnd"/>
            <w:r>
              <w:t xml:space="preserve"> </w:t>
            </w:r>
            <w:proofErr w:type="spellStart"/>
            <w:r>
              <w:t>dengan</w:t>
            </w:r>
            <w:proofErr w:type="spellEnd"/>
            <w:r>
              <w:t xml:space="preserve"> </w:t>
            </w:r>
            <w:proofErr w:type="spellStart"/>
            <w:r>
              <w:t>Korlantas</w:t>
            </w:r>
            <w:proofErr w:type="spellEnd"/>
            <w:r w:rsidR="00A445ED">
              <w:t>)</w:t>
            </w:r>
          </w:p>
        </w:tc>
        <w:tc>
          <w:tcPr>
            <w:tcW w:w="4413" w:type="dxa"/>
            <w:tcBorders>
              <w:top w:val="nil"/>
              <w:left w:val="nil"/>
              <w:bottom w:val="nil"/>
              <w:right w:val="nil"/>
            </w:tcBorders>
          </w:tcPr>
          <w:p w14:paraId="135E48D7" w14:textId="0F8EA4A5" w:rsidR="002D2BC3" w:rsidRDefault="00B26F3E" w:rsidP="00B26F3E">
            <w:pPr>
              <w:jc w:val="center"/>
            </w:pPr>
            <w:r>
              <w:rPr>
                <w:noProof/>
              </w:rPr>
              <w:drawing>
                <wp:inline distT="0" distB="0" distL="0" distR="0" wp14:anchorId="24608FF4" wp14:editId="0CD68C9B">
                  <wp:extent cx="2682875" cy="188779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srcRect b="5861"/>
                          <a:stretch/>
                        </pic:blipFill>
                        <pic:spPr bwMode="auto">
                          <a:xfrm>
                            <a:off x="0" y="0"/>
                            <a:ext cx="2711661" cy="1908048"/>
                          </a:xfrm>
                          <a:prstGeom prst="rect">
                            <a:avLst/>
                          </a:prstGeom>
                          <a:ln>
                            <a:noFill/>
                          </a:ln>
                          <a:extLst>
                            <a:ext uri="{53640926-AAD7-44D8-BBD7-CCE9431645EC}">
                              <a14:shadowObscured xmlns:a14="http://schemas.microsoft.com/office/drawing/2010/main"/>
                            </a:ext>
                          </a:extLst>
                        </pic:spPr>
                      </pic:pic>
                    </a:graphicData>
                  </a:graphic>
                </wp:inline>
              </w:drawing>
            </w:r>
            <w:r w:rsidR="00A445ED">
              <w:t>(</w:t>
            </w:r>
            <w:proofErr w:type="spellStart"/>
            <w:r>
              <w:t>Membersihkan</w:t>
            </w:r>
            <w:proofErr w:type="spellEnd"/>
            <w:r>
              <w:t xml:space="preserve"> </w:t>
            </w:r>
            <w:proofErr w:type="spellStart"/>
            <w:r>
              <w:t>lensa</w:t>
            </w:r>
            <w:proofErr w:type="spellEnd"/>
            <w:r>
              <w:t xml:space="preserve"> dan </w:t>
            </w:r>
            <w:proofErr w:type="spellStart"/>
            <w:r>
              <w:t>melakukan</w:t>
            </w:r>
            <w:proofErr w:type="spellEnd"/>
            <w:r>
              <w:t xml:space="preserve"> </w:t>
            </w:r>
            <w:proofErr w:type="spellStart"/>
            <w:r>
              <w:t>kalibrasi</w:t>
            </w:r>
            <w:proofErr w:type="spellEnd"/>
            <w:r>
              <w:t xml:space="preserve"> </w:t>
            </w:r>
            <w:proofErr w:type="spellStart"/>
            <w:r>
              <w:t>kamera</w:t>
            </w:r>
            <w:proofErr w:type="spellEnd"/>
            <w:r>
              <w:t xml:space="preserve"> </w:t>
            </w:r>
            <w:proofErr w:type="spellStart"/>
            <w:r>
              <w:t>foto</w:t>
            </w:r>
            <w:proofErr w:type="spellEnd"/>
            <w:r>
              <w:t xml:space="preserve"> SIM</w:t>
            </w:r>
            <w:r w:rsidR="00A445ED">
              <w:t>)</w:t>
            </w:r>
          </w:p>
          <w:p w14:paraId="70C993B1" w14:textId="77777777" w:rsidR="00B26F3E" w:rsidRDefault="00B26F3E" w:rsidP="00B26F3E">
            <w:pPr>
              <w:jc w:val="center"/>
            </w:pPr>
          </w:p>
          <w:p w14:paraId="75DB1192" w14:textId="68286578" w:rsidR="00113DD8" w:rsidRDefault="00113DD8" w:rsidP="00B26F3E">
            <w:pPr>
              <w:jc w:val="center"/>
            </w:pPr>
          </w:p>
        </w:tc>
      </w:tr>
      <w:tr w:rsidR="00810BCB" w14:paraId="6A922AB1" w14:textId="77777777" w:rsidTr="00810BCB">
        <w:trPr>
          <w:jc w:val="center"/>
        </w:trPr>
        <w:tc>
          <w:tcPr>
            <w:tcW w:w="4443" w:type="dxa"/>
            <w:tcBorders>
              <w:top w:val="nil"/>
              <w:left w:val="nil"/>
              <w:bottom w:val="nil"/>
              <w:right w:val="nil"/>
            </w:tcBorders>
          </w:tcPr>
          <w:p w14:paraId="14F21216" w14:textId="2B67515F" w:rsidR="002D2BC3" w:rsidRDefault="00B26F3E" w:rsidP="00F072F4">
            <w:pPr>
              <w:jc w:val="center"/>
            </w:pPr>
            <w:r>
              <w:rPr>
                <w:noProof/>
              </w:rPr>
              <w:drawing>
                <wp:inline distT="0" distB="0" distL="0" distR="0" wp14:anchorId="35A9738B" wp14:editId="0EFDB320">
                  <wp:extent cx="2593975" cy="18877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b="7218"/>
                          <a:stretch/>
                        </pic:blipFill>
                        <pic:spPr bwMode="auto">
                          <a:xfrm>
                            <a:off x="0" y="0"/>
                            <a:ext cx="2617768" cy="1905109"/>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Membersihkan</w:t>
            </w:r>
            <w:proofErr w:type="spellEnd"/>
            <w:r>
              <w:t xml:space="preserve"> dan </w:t>
            </w:r>
            <w:proofErr w:type="spellStart"/>
            <w:r>
              <w:t>melakukan</w:t>
            </w:r>
            <w:proofErr w:type="spellEnd"/>
            <w:r>
              <w:t xml:space="preserve"> </w:t>
            </w:r>
            <w:proofErr w:type="spellStart"/>
            <w:r>
              <w:t>kalibrasi</w:t>
            </w:r>
            <w:proofErr w:type="spellEnd"/>
            <w:r>
              <w:t xml:space="preserve"> signature pad</w:t>
            </w:r>
            <w:r w:rsidR="00A445ED">
              <w:t>)</w:t>
            </w:r>
          </w:p>
        </w:tc>
        <w:tc>
          <w:tcPr>
            <w:tcW w:w="4413" w:type="dxa"/>
            <w:tcBorders>
              <w:top w:val="nil"/>
              <w:left w:val="nil"/>
              <w:bottom w:val="nil"/>
              <w:right w:val="nil"/>
            </w:tcBorders>
          </w:tcPr>
          <w:p w14:paraId="25ACA066" w14:textId="35CD99E2" w:rsidR="002D2BC3" w:rsidRDefault="00F072F4" w:rsidP="00F072F4">
            <w:pPr>
              <w:jc w:val="center"/>
            </w:pPr>
            <w:r>
              <w:rPr>
                <w:noProof/>
              </w:rPr>
              <w:drawing>
                <wp:inline distT="0" distB="0" distL="0" distR="0" wp14:anchorId="7B64CC79" wp14:editId="6688EAD4">
                  <wp:extent cx="2654251" cy="19467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a:srcRect r="20971"/>
                          <a:stretch/>
                        </pic:blipFill>
                        <pic:spPr bwMode="auto">
                          <a:xfrm rot="10800000" flipH="1" flipV="1">
                            <a:off x="0" y="0"/>
                            <a:ext cx="2732587" cy="2004243"/>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Membersihkan</w:t>
            </w:r>
            <w:proofErr w:type="spellEnd"/>
            <w:r>
              <w:t xml:space="preserve"> dan </w:t>
            </w:r>
            <w:proofErr w:type="spellStart"/>
            <w:r>
              <w:t>melakukan</w:t>
            </w:r>
            <w:proofErr w:type="spellEnd"/>
            <w:r>
              <w:t xml:space="preserve"> </w:t>
            </w:r>
            <w:proofErr w:type="spellStart"/>
            <w:r>
              <w:t>kalibrasi</w:t>
            </w:r>
            <w:proofErr w:type="spellEnd"/>
            <w:r>
              <w:t xml:space="preserve"> fingerprint scanner</w:t>
            </w:r>
            <w:r w:rsidR="00A445ED">
              <w:t>)</w:t>
            </w:r>
          </w:p>
        </w:tc>
      </w:tr>
      <w:tr w:rsidR="00810BCB" w14:paraId="64C14094" w14:textId="77777777" w:rsidTr="00810BCB">
        <w:trPr>
          <w:jc w:val="center"/>
        </w:trPr>
        <w:tc>
          <w:tcPr>
            <w:tcW w:w="4443" w:type="dxa"/>
            <w:tcBorders>
              <w:top w:val="nil"/>
              <w:left w:val="nil"/>
              <w:bottom w:val="nil"/>
              <w:right w:val="nil"/>
            </w:tcBorders>
          </w:tcPr>
          <w:p w14:paraId="047CA6A4" w14:textId="7719D28B" w:rsidR="002D2BC3" w:rsidRDefault="00F072F4" w:rsidP="00F072F4">
            <w:pPr>
              <w:jc w:val="center"/>
            </w:pPr>
            <w:r>
              <w:rPr>
                <w:noProof/>
              </w:rPr>
              <w:drawing>
                <wp:inline distT="0" distB="0" distL="0" distR="0" wp14:anchorId="12490568" wp14:editId="2ED9DDAC">
                  <wp:extent cx="2623820" cy="183617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a:srcRect b="6374"/>
                          <a:stretch/>
                        </pic:blipFill>
                        <pic:spPr bwMode="auto">
                          <a:xfrm>
                            <a:off x="0" y="0"/>
                            <a:ext cx="2631521" cy="1841563"/>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Melakukan</w:t>
            </w:r>
            <w:proofErr w:type="spellEnd"/>
            <w:r>
              <w:t xml:space="preserve"> </w:t>
            </w:r>
            <w:proofErr w:type="spellStart"/>
            <w:r>
              <w:t>pengecekan</w:t>
            </w:r>
            <w:proofErr w:type="spellEnd"/>
            <w:r>
              <w:t xml:space="preserve"> dan </w:t>
            </w:r>
            <w:proofErr w:type="spellStart"/>
            <w:r>
              <w:t>memastikan</w:t>
            </w:r>
            <w:proofErr w:type="spellEnd"/>
            <w:r>
              <w:t xml:space="preserve"> </w:t>
            </w:r>
            <w:proofErr w:type="spellStart"/>
            <w:r>
              <w:t>aplikasi</w:t>
            </w:r>
            <w:proofErr w:type="spellEnd"/>
            <w:r>
              <w:t xml:space="preserve"> </w:t>
            </w:r>
            <w:proofErr w:type="spellStart"/>
            <w:r>
              <w:t>Biocapture</w:t>
            </w:r>
            <w:proofErr w:type="spellEnd"/>
            <w:r>
              <w:t xml:space="preserve"> </w:t>
            </w:r>
            <w:proofErr w:type="spellStart"/>
            <w:r>
              <w:t>menggunakan</w:t>
            </w:r>
            <w:proofErr w:type="spellEnd"/>
            <w:r>
              <w:t xml:space="preserve"> </w:t>
            </w:r>
            <w:proofErr w:type="spellStart"/>
            <w:r>
              <w:t>versi</w:t>
            </w:r>
            <w:proofErr w:type="spellEnd"/>
            <w:r>
              <w:t xml:space="preserve"> </w:t>
            </w:r>
            <w:proofErr w:type="spellStart"/>
            <w:r>
              <w:t>terbaru</w:t>
            </w:r>
            <w:proofErr w:type="spellEnd"/>
            <w:r w:rsidR="00A445ED">
              <w:t>)</w:t>
            </w:r>
          </w:p>
        </w:tc>
        <w:tc>
          <w:tcPr>
            <w:tcW w:w="4413" w:type="dxa"/>
            <w:tcBorders>
              <w:top w:val="nil"/>
              <w:left w:val="nil"/>
              <w:bottom w:val="nil"/>
              <w:right w:val="nil"/>
            </w:tcBorders>
          </w:tcPr>
          <w:p w14:paraId="3D1188FE" w14:textId="53CD39B5" w:rsidR="002D2BC3" w:rsidRDefault="00F072F4" w:rsidP="00F072F4">
            <w:pPr>
              <w:jc w:val="center"/>
            </w:pPr>
            <w:r>
              <w:rPr>
                <w:noProof/>
              </w:rPr>
              <w:drawing>
                <wp:inline distT="0" distB="0" distL="0" distR="0" wp14:anchorId="50C5EC12" wp14:editId="39783670">
                  <wp:extent cx="2633943" cy="184354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a:srcRect b="6360"/>
                          <a:stretch/>
                        </pic:blipFill>
                        <pic:spPr bwMode="auto">
                          <a:xfrm>
                            <a:off x="0" y="0"/>
                            <a:ext cx="2650327" cy="1855016"/>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Melakukan</w:t>
            </w:r>
            <w:proofErr w:type="spellEnd"/>
            <w:r>
              <w:t xml:space="preserve"> </w:t>
            </w:r>
            <w:proofErr w:type="spellStart"/>
            <w:r>
              <w:t>pengecekan</w:t>
            </w:r>
            <w:proofErr w:type="spellEnd"/>
            <w:r>
              <w:t xml:space="preserve"> performance pada Server Media E-AVIS</w:t>
            </w:r>
            <w:r w:rsidR="00A445ED">
              <w:t>)</w:t>
            </w:r>
          </w:p>
        </w:tc>
      </w:tr>
      <w:tr w:rsidR="00810BCB" w14:paraId="5C402EB8" w14:textId="77777777" w:rsidTr="00810BCB">
        <w:trPr>
          <w:jc w:val="center"/>
        </w:trPr>
        <w:tc>
          <w:tcPr>
            <w:tcW w:w="4443" w:type="dxa"/>
            <w:tcBorders>
              <w:top w:val="nil"/>
              <w:left w:val="nil"/>
              <w:bottom w:val="nil"/>
              <w:right w:val="nil"/>
            </w:tcBorders>
          </w:tcPr>
          <w:p w14:paraId="64D75278" w14:textId="4742C911" w:rsidR="002D2BC3" w:rsidRDefault="00F072F4" w:rsidP="00113DD8">
            <w:pPr>
              <w:jc w:val="center"/>
            </w:pPr>
            <w:r>
              <w:rPr>
                <w:noProof/>
              </w:rPr>
              <w:lastRenderedPageBreak/>
              <w:drawing>
                <wp:inline distT="0" distB="0" distL="0" distR="0" wp14:anchorId="0BDCB312" wp14:editId="26871A87">
                  <wp:extent cx="2633608" cy="182142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
                          <a:srcRect b="7471"/>
                          <a:stretch/>
                        </pic:blipFill>
                        <pic:spPr bwMode="auto">
                          <a:xfrm>
                            <a:off x="0" y="0"/>
                            <a:ext cx="2655232" cy="1836381"/>
                          </a:xfrm>
                          <a:prstGeom prst="rect">
                            <a:avLst/>
                          </a:prstGeom>
                          <a:ln>
                            <a:noFill/>
                          </a:ln>
                          <a:extLst>
                            <a:ext uri="{53640926-AAD7-44D8-BBD7-CCE9431645EC}">
                              <a14:shadowObscured xmlns:a14="http://schemas.microsoft.com/office/drawing/2010/main"/>
                            </a:ext>
                          </a:extLst>
                        </pic:spPr>
                      </pic:pic>
                    </a:graphicData>
                  </a:graphic>
                </wp:inline>
              </w:drawing>
            </w:r>
            <w:r w:rsidR="00A445ED">
              <w:br/>
            </w:r>
            <w:r>
              <w:t>(</w:t>
            </w:r>
            <w:proofErr w:type="spellStart"/>
            <w:r>
              <w:t>Melakukan</w:t>
            </w:r>
            <w:proofErr w:type="spellEnd"/>
            <w:r>
              <w:t xml:space="preserve"> </w:t>
            </w:r>
            <w:proofErr w:type="spellStart"/>
            <w:r>
              <w:t>pengecekan</w:t>
            </w:r>
            <w:proofErr w:type="spellEnd"/>
            <w:r>
              <w:t xml:space="preserve"> IP pada Server E-AVIS)</w:t>
            </w:r>
          </w:p>
        </w:tc>
        <w:tc>
          <w:tcPr>
            <w:tcW w:w="4413" w:type="dxa"/>
            <w:tcBorders>
              <w:top w:val="nil"/>
              <w:left w:val="nil"/>
              <w:bottom w:val="nil"/>
              <w:right w:val="nil"/>
            </w:tcBorders>
          </w:tcPr>
          <w:p w14:paraId="6073C10B" w14:textId="77777777" w:rsidR="002D2BC3" w:rsidRDefault="00113DD8" w:rsidP="00113DD8">
            <w:pPr>
              <w:jc w:val="center"/>
            </w:pPr>
            <w:r>
              <w:rPr>
                <w:noProof/>
              </w:rPr>
              <w:drawing>
                <wp:inline distT="0" distB="0" distL="0" distR="0" wp14:anchorId="5FBE2173" wp14:editId="4E5F0532">
                  <wp:extent cx="2594529" cy="1821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a:srcRect b="6091"/>
                          <a:stretch/>
                        </pic:blipFill>
                        <pic:spPr bwMode="auto">
                          <a:xfrm>
                            <a:off x="0" y="0"/>
                            <a:ext cx="2622381" cy="1840730"/>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Melakukan</w:t>
            </w:r>
            <w:proofErr w:type="spellEnd"/>
            <w:r>
              <w:t xml:space="preserve"> </w:t>
            </w:r>
            <w:proofErr w:type="spellStart"/>
            <w:r>
              <w:t>pengecekan</w:t>
            </w:r>
            <w:proofErr w:type="spellEnd"/>
            <w:r>
              <w:t xml:space="preserve"> </w:t>
            </w:r>
            <w:proofErr w:type="spellStart"/>
            <w:r>
              <w:t>konfigurasi</w:t>
            </w:r>
            <w:proofErr w:type="spellEnd"/>
            <w:r>
              <w:t xml:space="preserve"> pada </w:t>
            </w:r>
            <w:proofErr w:type="spellStart"/>
            <w:r>
              <w:t>aplikasi</w:t>
            </w:r>
            <w:proofErr w:type="spellEnd"/>
            <w:r>
              <w:t xml:space="preserve"> </w:t>
            </w:r>
            <w:proofErr w:type="spellStart"/>
            <w:r>
              <w:t>Ujian</w:t>
            </w:r>
            <w:proofErr w:type="spellEnd"/>
            <w:r>
              <w:t xml:space="preserve"> SIM</w:t>
            </w:r>
            <w:r w:rsidR="00A445ED">
              <w:t>)</w:t>
            </w:r>
          </w:p>
          <w:p w14:paraId="3383A43B" w14:textId="72221B13" w:rsidR="00113DD8" w:rsidRDefault="00113DD8" w:rsidP="00113DD8">
            <w:pPr>
              <w:jc w:val="center"/>
            </w:pPr>
          </w:p>
        </w:tc>
      </w:tr>
      <w:tr w:rsidR="00113DD8" w14:paraId="71501F6C" w14:textId="77777777" w:rsidTr="00810BCB">
        <w:trPr>
          <w:jc w:val="center"/>
        </w:trPr>
        <w:tc>
          <w:tcPr>
            <w:tcW w:w="8856" w:type="dxa"/>
            <w:gridSpan w:val="2"/>
            <w:tcBorders>
              <w:top w:val="nil"/>
              <w:left w:val="nil"/>
              <w:bottom w:val="nil"/>
              <w:right w:val="nil"/>
            </w:tcBorders>
          </w:tcPr>
          <w:p w14:paraId="375EC699" w14:textId="5FAC46E1" w:rsidR="00113DD8" w:rsidRDefault="00D11565" w:rsidP="00113DD8">
            <w:pPr>
              <w:pStyle w:val="Heading2"/>
            </w:pPr>
            <w:r>
              <w:t>C</w:t>
            </w:r>
            <w:r w:rsidR="00113DD8">
              <w:t>. DOKUMENTASI FOTO KEGIATAN PENGECEKAN DAN SUPERVISI OLEH PPK</w:t>
            </w:r>
          </w:p>
          <w:p w14:paraId="777F7FA0" w14:textId="77777777" w:rsidR="00113DD8" w:rsidRDefault="00113DD8" w:rsidP="00113DD8">
            <w:pPr>
              <w:jc w:val="center"/>
              <w:rPr>
                <w:noProof/>
              </w:rPr>
            </w:pPr>
          </w:p>
        </w:tc>
      </w:tr>
      <w:tr w:rsidR="00810BCB" w14:paraId="5984F8EF" w14:textId="77777777" w:rsidTr="00810BCB">
        <w:trPr>
          <w:jc w:val="center"/>
        </w:trPr>
        <w:tc>
          <w:tcPr>
            <w:tcW w:w="4443" w:type="dxa"/>
            <w:tcBorders>
              <w:top w:val="nil"/>
              <w:left w:val="nil"/>
              <w:bottom w:val="nil"/>
              <w:right w:val="nil"/>
            </w:tcBorders>
          </w:tcPr>
          <w:p w14:paraId="254D2708" w14:textId="5C925657" w:rsidR="002D2BC3" w:rsidRDefault="00113DD8" w:rsidP="00113DD8">
            <w:pPr>
              <w:jc w:val="center"/>
            </w:pPr>
            <w:r>
              <w:rPr>
                <w:noProof/>
              </w:rPr>
              <w:drawing>
                <wp:inline distT="0" distB="0" distL="0" distR="0" wp14:anchorId="7AD12001" wp14:editId="57BEF0BD">
                  <wp:extent cx="2625213" cy="1975594"/>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a:fillRect/>
                          </a:stretch>
                        </pic:blipFill>
                        <pic:spPr>
                          <a:xfrm>
                            <a:off x="0" y="0"/>
                            <a:ext cx="2641791" cy="1988070"/>
                          </a:xfrm>
                          <a:prstGeom prst="rect">
                            <a:avLst/>
                          </a:prstGeom>
                        </pic:spPr>
                      </pic:pic>
                    </a:graphicData>
                  </a:graphic>
                </wp:inline>
              </w:drawing>
            </w:r>
            <w:r w:rsidR="00A445ED">
              <w:br/>
              <w:t>(</w:t>
            </w:r>
            <w:proofErr w:type="spellStart"/>
            <w:r>
              <w:t>Melakukan</w:t>
            </w:r>
            <w:proofErr w:type="spellEnd"/>
            <w:r>
              <w:t xml:space="preserve"> </w:t>
            </w:r>
            <w:proofErr w:type="spellStart"/>
            <w:r>
              <w:t>pengecekan</w:t>
            </w:r>
            <w:proofErr w:type="spellEnd"/>
            <w:r>
              <w:t xml:space="preserve"> </w:t>
            </w:r>
            <w:proofErr w:type="spellStart"/>
            <w:r>
              <w:t>fungsi</w:t>
            </w:r>
            <w:proofErr w:type="spellEnd"/>
            <w:r>
              <w:t xml:space="preserve"> </w:t>
            </w:r>
            <w:proofErr w:type="spellStart"/>
            <w:r>
              <w:t>semua</w:t>
            </w:r>
            <w:proofErr w:type="spellEnd"/>
            <w:r>
              <w:t xml:space="preserve"> </w:t>
            </w:r>
            <w:proofErr w:type="spellStart"/>
            <w:r>
              <w:t>perangkat</w:t>
            </w:r>
            <w:proofErr w:type="spellEnd"/>
            <w:r>
              <w:t xml:space="preserve"> dan </w:t>
            </w:r>
            <w:proofErr w:type="spellStart"/>
            <w:r>
              <w:t>aplikasi</w:t>
            </w:r>
            <w:proofErr w:type="spellEnd"/>
            <w:r>
              <w:t xml:space="preserve"> SIM</w:t>
            </w:r>
            <w:r w:rsidR="00315BD8">
              <w:t xml:space="preserve"> di damping oleh PPK dan Operator SIM</w:t>
            </w:r>
            <w:r w:rsidR="00A445ED">
              <w:t>)</w:t>
            </w:r>
          </w:p>
        </w:tc>
        <w:tc>
          <w:tcPr>
            <w:tcW w:w="4413" w:type="dxa"/>
            <w:tcBorders>
              <w:top w:val="nil"/>
              <w:left w:val="nil"/>
              <w:bottom w:val="nil"/>
              <w:right w:val="nil"/>
            </w:tcBorders>
          </w:tcPr>
          <w:p w14:paraId="1BDF1DBF" w14:textId="58A2A874" w:rsidR="002D2BC3" w:rsidRDefault="00113DD8">
            <w:r>
              <w:rPr>
                <w:noProof/>
              </w:rPr>
              <w:drawing>
                <wp:inline distT="0" distB="0" distL="0" distR="0" wp14:anchorId="4F0D7C9B" wp14:editId="0FDE324C">
                  <wp:extent cx="2631227" cy="198012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2662838" cy="2003910"/>
                          </a:xfrm>
                          <a:prstGeom prst="rect">
                            <a:avLst/>
                          </a:prstGeom>
                        </pic:spPr>
                      </pic:pic>
                    </a:graphicData>
                  </a:graphic>
                </wp:inline>
              </w:drawing>
            </w:r>
            <w:r w:rsidR="00A445ED">
              <w:br/>
              <w:t>(</w:t>
            </w:r>
            <w:proofErr w:type="spellStart"/>
            <w:r>
              <w:t>Petugas</w:t>
            </w:r>
            <w:proofErr w:type="spellEnd"/>
            <w:r>
              <w:t xml:space="preserve"> Operator </w:t>
            </w:r>
            <w:proofErr w:type="spellStart"/>
            <w:r w:rsidR="00315BD8">
              <w:t>memberitahukan</w:t>
            </w:r>
            <w:proofErr w:type="spellEnd"/>
            <w:r w:rsidR="00315BD8">
              <w:t xml:space="preserve"> </w:t>
            </w:r>
            <w:proofErr w:type="spellStart"/>
            <w:r w:rsidR="00315BD8">
              <w:t>kendala</w:t>
            </w:r>
            <w:proofErr w:type="spellEnd"/>
            <w:r w:rsidR="00315BD8">
              <w:t xml:space="preserve"> pada </w:t>
            </w:r>
            <w:proofErr w:type="spellStart"/>
            <w:r w:rsidR="00315BD8">
              <w:t>saat</w:t>
            </w:r>
            <w:proofErr w:type="spellEnd"/>
            <w:r w:rsidR="00315BD8">
              <w:t xml:space="preserve"> </w:t>
            </w:r>
            <w:proofErr w:type="spellStart"/>
            <w:r w:rsidR="00315BD8">
              <w:t>cetak</w:t>
            </w:r>
            <w:proofErr w:type="spellEnd"/>
            <w:r w:rsidR="00315BD8">
              <w:t xml:space="preserve"> SIM </w:t>
            </w:r>
            <w:proofErr w:type="spellStart"/>
            <w:r w:rsidR="00315BD8">
              <w:t>kepada</w:t>
            </w:r>
            <w:proofErr w:type="spellEnd"/>
            <w:r w:rsidR="00315BD8">
              <w:t xml:space="preserve"> </w:t>
            </w:r>
            <w:proofErr w:type="spellStart"/>
            <w:r w:rsidR="00315BD8">
              <w:t>Teknisi</w:t>
            </w:r>
            <w:proofErr w:type="spellEnd"/>
            <w:r w:rsidR="00315BD8">
              <w:t xml:space="preserve"> dan PPK Pada </w:t>
            </w:r>
            <w:proofErr w:type="spellStart"/>
            <w:r w:rsidR="00315BD8">
              <w:t>saat</w:t>
            </w:r>
            <w:proofErr w:type="spellEnd"/>
            <w:r w:rsidR="00315BD8">
              <w:t xml:space="preserve"> </w:t>
            </w:r>
            <w:proofErr w:type="spellStart"/>
            <w:r w:rsidR="00315BD8">
              <w:t>melakukan</w:t>
            </w:r>
            <w:proofErr w:type="spellEnd"/>
            <w:r w:rsidR="00315BD8">
              <w:t xml:space="preserve"> </w:t>
            </w:r>
            <w:proofErr w:type="spellStart"/>
            <w:r w:rsidR="00315BD8">
              <w:t>supervisi</w:t>
            </w:r>
            <w:proofErr w:type="spellEnd"/>
            <w:r w:rsidR="00A445ED">
              <w:t>)</w:t>
            </w:r>
          </w:p>
        </w:tc>
      </w:tr>
      <w:tr w:rsidR="00810BCB" w14:paraId="745ABD96" w14:textId="77777777" w:rsidTr="00810BCB">
        <w:trPr>
          <w:jc w:val="center"/>
        </w:trPr>
        <w:tc>
          <w:tcPr>
            <w:tcW w:w="4443" w:type="dxa"/>
            <w:tcBorders>
              <w:top w:val="nil"/>
              <w:left w:val="nil"/>
              <w:bottom w:val="nil"/>
              <w:right w:val="nil"/>
            </w:tcBorders>
          </w:tcPr>
          <w:p w14:paraId="5D4ECCC7" w14:textId="4C99C071" w:rsidR="002D2BC3" w:rsidRDefault="00315BD8">
            <w:r>
              <w:rPr>
                <w:noProof/>
              </w:rPr>
              <w:drawing>
                <wp:inline distT="0" distB="0" distL="0" distR="0" wp14:anchorId="53B1037C" wp14:editId="62980279">
                  <wp:extent cx="2635929" cy="19836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a:fillRect/>
                          </a:stretch>
                        </pic:blipFill>
                        <pic:spPr>
                          <a:xfrm>
                            <a:off x="0" y="0"/>
                            <a:ext cx="2656991" cy="1999508"/>
                          </a:xfrm>
                          <a:prstGeom prst="rect">
                            <a:avLst/>
                          </a:prstGeom>
                        </pic:spPr>
                      </pic:pic>
                    </a:graphicData>
                  </a:graphic>
                </wp:inline>
              </w:drawing>
            </w:r>
            <w:r w:rsidR="00A445ED">
              <w:br/>
            </w:r>
            <w:r w:rsidR="00A445ED">
              <w:lastRenderedPageBreak/>
              <w:t>(</w:t>
            </w:r>
            <w:r>
              <w:t xml:space="preserve">Kendala </w:t>
            </w:r>
            <w:proofErr w:type="spellStart"/>
            <w:r>
              <w:t>ada</w:t>
            </w:r>
            <w:proofErr w:type="spellEnd"/>
            <w:r>
              <w:t xml:space="preserve"> pada printer </w:t>
            </w:r>
            <w:proofErr w:type="spellStart"/>
            <w:r>
              <w:t>dikarenakan</w:t>
            </w:r>
            <w:proofErr w:type="spellEnd"/>
            <w:r>
              <w:t xml:space="preserve"> </w:t>
            </w:r>
            <w:proofErr w:type="spellStart"/>
            <w:r>
              <w:t>petugas</w:t>
            </w:r>
            <w:proofErr w:type="spellEnd"/>
            <w:r>
              <w:t xml:space="preserve"> Operator </w:t>
            </w:r>
            <w:proofErr w:type="spellStart"/>
            <w:r>
              <w:t>baru</w:t>
            </w:r>
            <w:proofErr w:type="spellEnd"/>
            <w:r>
              <w:t xml:space="preserve"> dan </w:t>
            </w:r>
            <w:proofErr w:type="spellStart"/>
            <w:r>
              <w:t>belum</w:t>
            </w:r>
            <w:proofErr w:type="spellEnd"/>
            <w:r>
              <w:t xml:space="preserve"> </w:t>
            </w:r>
            <w:proofErr w:type="spellStart"/>
            <w:r>
              <w:t>paham</w:t>
            </w:r>
            <w:proofErr w:type="spellEnd"/>
            <w:r>
              <w:t xml:space="preserve"> </w:t>
            </w:r>
            <w:proofErr w:type="spellStart"/>
            <w:r>
              <w:t>cara</w:t>
            </w:r>
            <w:proofErr w:type="spellEnd"/>
            <w:r>
              <w:t xml:space="preserve"> </w:t>
            </w:r>
            <w:proofErr w:type="spellStart"/>
            <w:r>
              <w:t>penggantian</w:t>
            </w:r>
            <w:proofErr w:type="spellEnd"/>
            <w:r>
              <w:t xml:space="preserve"> ribbon </w:t>
            </w:r>
            <w:proofErr w:type="spellStart"/>
            <w:r>
              <w:t>tidak</w:t>
            </w:r>
            <w:proofErr w:type="spellEnd"/>
            <w:r>
              <w:t xml:space="preserve"> </w:t>
            </w:r>
            <w:proofErr w:type="spellStart"/>
            <w:r>
              <w:t>pernah</w:t>
            </w:r>
            <w:proofErr w:type="spellEnd"/>
            <w:r>
              <w:t xml:space="preserve"> di </w:t>
            </w:r>
            <w:proofErr w:type="spellStart"/>
            <w:r>
              <w:t>lakukan</w:t>
            </w:r>
            <w:proofErr w:type="spellEnd"/>
            <w:r>
              <w:t xml:space="preserve"> cleaning </w:t>
            </w:r>
            <w:proofErr w:type="spellStart"/>
            <w:r>
              <w:t>menggunakan</w:t>
            </w:r>
            <w:proofErr w:type="spellEnd"/>
            <w:r>
              <w:t xml:space="preserve"> </w:t>
            </w:r>
            <w:proofErr w:type="spellStart"/>
            <w:r>
              <w:t>kartu</w:t>
            </w:r>
            <w:proofErr w:type="spellEnd"/>
            <w:r>
              <w:t xml:space="preserve"> clean </w:t>
            </w:r>
            <w:proofErr w:type="spellStart"/>
            <w:r>
              <w:t>yg</w:t>
            </w:r>
            <w:proofErr w:type="spellEnd"/>
            <w:r>
              <w:t xml:space="preserve"> </w:t>
            </w:r>
            <w:proofErr w:type="spellStart"/>
            <w:r>
              <w:t>tersedia</w:t>
            </w:r>
            <w:proofErr w:type="spellEnd"/>
            <w:r>
              <w:t xml:space="preserve"> pada </w:t>
            </w:r>
            <w:proofErr w:type="spellStart"/>
            <w:r>
              <w:t>saat</w:t>
            </w:r>
            <w:proofErr w:type="spellEnd"/>
            <w:r>
              <w:t xml:space="preserve"> </w:t>
            </w:r>
            <w:proofErr w:type="spellStart"/>
            <w:r>
              <w:t>penggantian</w:t>
            </w:r>
            <w:proofErr w:type="spellEnd"/>
            <w:r>
              <w:t xml:space="preserve"> ribbon </w:t>
            </w:r>
            <w:proofErr w:type="spellStart"/>
            <w:r>
              <w:t>baru</w:t>
            </w:r>
            <w:proofErr w:type="spellEnd"/>
            <w:r w:rsidR="00A445ED">
              <w:t>)</w:t>
            </w:r>
          </w:p>
        </w:tc>
        <w:tc>
          <w:tcPr>
            <w:tcW w:w="4413" w:type="dxa"/>
            <w:tcBorders>
              <w:top w:val="nil"/>
              <w:left w:val="nil"/>
              <w:bottom w:val="nil"/>
              <w:right w:val="nil"/>
            </w:tcBorders>
          </w:tcPr>
          <w:p w14:paraId="3312D3F9" w14:textId="23B235BF" w:rsidR="002D2BC3" w:rsidRDefault="00315BD8">
            <w:r>
              <w:rPr>
                <w:noProof/>
              </w:rPr>
              <w:lastRenderedPageBreak/>
              <w:drawing>
                <wp:inline distT="0" distB="0" distL="0" distR="0" wp14:anchorId="6447AA0B" wp14:editId="3D620C0C">
                  <wp:extent cx="2676832" cy="2014440"/>
                  <wp:effectExtent l="0" t="0" r="952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a:fillRect/>
                          </a:stretch>
                        </pic:blipFill>
                        <pic:spPr>
                          <a:xfrm>
                            <a:off x="0" y="0"/>
                            <a:ext cx="2695164" cy="2028236"/>
                          </a:xfrm>
                          <a:prstGeom prst="rect">
                            <a:avLst/>
                          </a:prstGeom>
                        </pic:spPr>
                      </pic:pic>
                    </a:graphicData>
                  </a:graphic>
                </wp:inline>
              </w:drawing>
            </w:r>
            <w:r w:rsidR="00A445ED">
              <w:lastRenderedPageBreak/>
              <w:br/>
              <w:t>(</w:t>
            </w:r>
            <w:proofErr w:type="spellStart"/>
            <w:r w:rsidR="00810BCB">
              <w:t>Memberikan</w:t>
            </w:r>
            <w:proofErr w:type="spellEnd"/>
            <w:r w:rsidR="00810BCB">
              <w:t xml:space="preserve"> </w:t>
            </w:r>
            <w:proofErr w:type="spellStart"/>
            <w:r w:rsidR="00810BCB">
              <w:t>sosialisasi</w:t>
            </w:r>
            <w:proofErr w:type="spellEnd"/>
            <w:r w:rsidR="00810BCB">
              <w:t xml:space="preserve"> </w:t>
            </w:r>
            <w:proofErr w:type="spellStart"/>
            <w:r w:rsidR="00810BCB">
              <w:t>tentang</w:t>
            </w:r>
            <w:proofErr w:type="spellEnd"/>
            <w:r w:rsidR="00810BCB">
              <w:t xml:space="preserve"> </w:t>
            </w:r>
            <w:proofErr w:type="spellStart"/>
            <w:r w:rsidR="00810BCB">
              <w:t>cara</w:t>
            </w:r>
            <w:proofErr w:type="spellEnd"/>
            <w:r w:rsidR="00810BCB">
              <w:t xml:space="preserve"> </w:t>
            </w:r>
            <w:proofErr w:type="spellStart"/>
            <w:r w:rsidR="00810BCB">
              <w:t>melakukan</w:t>
            </w:r>
            <w:proofErr w:type="spellEnd"/>
            <w:r w:rsidR="00810BCB">
              <w:t xml:space="preserve"> </w:t>
            </w:r>
            <w:proofErr w:type="spellStart"/>
            <w:r w:rsidR="00810BCB">
              <w:t>penggantian</w:t>
            </w:r>
            <w:proofErr w:type="spellEnd"/>
            <w:r w:rsidR="00810BCB">
              <w:t xml:space="preserve"> ribbon </w:t>
            </w:r>
            <w:proofErr w:type="spellStart"/>
            <w:r w:rsidR="00810BCB">
              <w:t>dengan</w:t>
            </w:r>
            <w:proofErr w:type="spellEnd"/>
            <w:r w:rsidR="00810BCB">
              <w:t xml:space="preserve"> </w:t>
            </w:r>
            <w:proofErr w:type="spellStart"/>
            <w:r w:rsidR="00810BCB">
              <w:t>benar</w:t>
            </w:r>
            <w:proofErr w:type="spellEnd"/>
            <w:r w:rsidR="00810BCB">
              <w:t xml:space="preserve"> agar </w:t>
            </w:r>
            <w:proofErr w:type="spellStart"/>
            <w:r w:rsidR="00810BCB">
              <w:t>operasional</w:t>
            </w:r>
            <w:proofErr w:type="spellEnd"/>
            <w:r w:rsidR="00810BCB">
              <w:t xml:space="preserve"> </w:t>
            </w:r>
            <w:proofErr w:type="spellStart"/>
            <w:r w:rsidR="00810BCB">
              <w:t>dapat</w:t>
            </w:r>
            <w:proofErr w:type="spellEnd"/>
            <w:r w:rsidR="00810BCB">
              <w:t xml:space="preserve"> </w:t>
            </w:r>
            <w:proofErr w:type="spellStart"/>
            <w:r w:rsidR="00810BCB">
              <w:t>berjalan</w:t>
            </w:r>
            <w:proofErr w:type="spellEnd"/>
            <w:r w:rsidR="00810BCB">
              <w:t xml:space="preserve"> </w:t>
            </w:r>
            <w:proofErr w:type="spellStart"/>
            <w:r w:rsidR="00810BCB">
              <w:t>dengan</w:t>
            </w:r>
            <w:proofErr w:type="spellEnd"/>
            <w:r w:rsidR="00810BCB">
              <w:t xml:space="preserve"> </w:t>
            </w:r>
            <w:proofErr w:type="spellStart"/>
            <w:r w:rsidR="00810BCB">
              <w:t>lancar</w:t>
            </w:r>
            <w:proofErr w:type="spellEnd"/>
            <w:r w:rsidR="00A445ED">
              <w:t>)</w:t>
            </w:r>
          </w:p>
        </w:tc>
      </w:tr>
      <w:tr w:rsidR="00810BCB" w14:paraId="13D6737E" w14:textId="77777777" w:rsidTr="00810BCB">
        <w:trPr>
          <w:jc w:val="center"/>
        </w:trPr>
        <w:tc>
          <w:tcPr>
            <w:tcW w:w="4443" w:type="dxa"/>
            <w:tcBorders>
              <w:top w:val="nil"/>
              <w:left w:val="nil"/>
              <w:bottom w:val="nil"/>
              <w:right w:val="nil"/>
            </w:tcBorders>
          </w:tcPr>
          <w:p w14:paraId="079AF71A" w14:textId="58DDD5F5" w:rsidR="00810BCB" w:rsidRDefault="00810BCB">
            <w:pPr>
              <w:rPr>
                <w:noProof/>
              </w:rPr>
            </w:pPr>
            <w:r>
              <w:rPr>
                <w:noProof/>
              </w:rPr>
              <w:lastRenderedPageBreak/>
              <w:drawing>
                <wp:inline distT="0" distB="0" distL="0" distR="0" wp14:anchorId="5165EBFF" wp14:editId="1DBF93CF">
                  <wp:extent cx="2704522" cy="203527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2733831" cy="2057334"/>
                          </a:xfrm>
                          <a:prstGeom prst="rect">
                            <a:avLst/>
                          </a:prstGeom>
                        </pic:spPr>
                      </pic:pic>
                    </a:graphicData>
                  </a:graphic>
                </wp:inline>
              </w:drawing>
            </w:r>
          </w:p>
        </w:tc>
        <w:tc>
          <w:tcPr>
            <w:tcW w:w="4413" w:type="dxa"/>
            <w:tcBorders>
              <w:top w:val="nil"/>
              <w:left w:val="nil"/>
              <w:bottom w:val="nil"/>
              <w:right w:val="nil"/>
            </w:tcBorders>
          </w:tcPr>
          <w:p w14:paraId="5F066826" w14:textId="20837735" w:rsidR="00810BCB" w:rsidRDefault="00810BCB">
            <w:pPr>
              <w:rPr>
                <w:noProof/>
              </w:rPr>
            </w:pPr>
            <w:r>
              <w:rPr>
                <w:noProof/>
              </w:rPr>
              <w:drawing>
                <wp:inline distT="0" distB="0" distL="0" distR="0" wp14:anchorId="6E80E3D9" wp14:editId="789CDD0F">
                  <wp:extent cx="2684207" cy="201999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stretch>
                            <a:fillRect/>
                          </a:stretch>
                        </pic:blipFill>
                        <pic:spPr>
                          <a:xfrm>
                            <a:off x="0" y="0"/>
                            <a:ext cx="2699065" cy="2031171"/>
                          </a:xfrm>
                          <a:prstGeom prst="rect">
                            <a:avLst/>
                          </a:prstGeom>
                        </pic:spPr>
                      </pic:pic>
                    </a:graphicData>
                  </a:graphic>
                </wp:inline>
              </w:drawing>
            </w:r>
          </w:p>
        </w:tc>
      </w:tr>
      <w:tr w:rsidR="00810BCB" w14:paraId="4EE2426E" w14:textId="77777777" w:rsidTr="00810BCB">
        <w:trPr>
          <w:jc w:val="center"/>
        </w:trPr>
        <w:tc>
          <w:tcPr>
            <w:tcW w:w="8856" w:type="dxa"/>
            <w:gridSpan w:val="2"/>
            <w:tcBorders>
              <w:top w:val="nil"/>
              <w:left w:val="nil"/>
              <w:bottom w:val="nil"/>
              <w:right w:val="nil"/>
            </w:tcBorders>
          </w:tcPr>
          <w:p w14:paraId="5F4AAD2B" w14:textId="16CEF2FB" w:rsidR="00810BCB" w:rsidRDefault="00810BCB">
            <w:pPr>
              <w:rPr>
                <w:noProof/>
              </w:rPr>
            </w:pPr>
            <w:r>
              <w:rPr>
                <w:noProof/>
              </w:rPr>
              <w:t>PPK Memberikan arahan kepada petugas Operator dan Baur SIM agar segera melporkan kepda Teknisi yang bertugas jika terjadi kendala pada perangkat komputer dan jaringan di SATPAS untuk menjaga agar pelayanan publik tetap berjalan dengan optimal.</w:t>
            </w:r>
          </w:p>
        </w:tc>
      </w:tr>
    </w:tbl>
    <w:p w14:paraId="5828244B" w14:textId="1C4C35A4" w:rsidR="002D2BC3" w:rsidRDefault="002D2BC3"/>
    <w:p w14:paraId="26D4106B" w14:textId="77777777" w:rsidR="00A445ED" w:rsidRDefault="00A445ED"/>
    <w:sectPr w:rsidR="00A445ED"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32207" w14:textId="77777777" w:rsidR="00307BFD" w:rsidRDefault="00307BFD" w:rsidP="003A4396">
      <w:pPr>
        <w:spacing w:after="0" w:line="240" w:lineRule="auto"/>
      </w:pPr>
      <w:r>
        <w:separator/>
      </w:r>
    </w:p>
  </w:endnote>
  <w:endnote w:type="continuationSeparator" w:id="0">
    <w:p w14:paraId="16D393A4" w14:textId="77777777" w:rsidR="00307BFD" w:rsidRDefault="00307BFD" w:rsidP="003A4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85000" w14:textId="77777777" w:rsidR="00307BFD" w:rsidRDefault="00307BFD" w:rsidP="003A4396">
      <w:pPr>
        <w:spacing w:after="0" w:line="240" w:lineRule="auto"/>
      </w:pPr>
      <w:r>
        <w:separator/>
      </w:r>
    </w:p>
  </w:footnote>
  <w:footnote w:type="continuationSeparator" w:id="0">
    <w:p w14:paraId="2918A270" w14:textId="77777777" w:rsidR="00307BFD" w:rsidRDefault="00307BFD" w:rsidP="003A43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13DD8"/>
    <w:rsid w:val="0015074B"/>
    <w:rsid w:val="0029639D"/>
    <w:rsid w:val="002D2BC3"/>
    <w:rsid w:val="00307BFD"/>
    <w:rsid w:val="00315BD8"/>
    <w:rsid w:val="00326F90"/>
    <w:rsid w:val="003A4396"/>
    <w:rsid w:val="00810BCB"/>
    <w:rsid w:val="009131F0"/>
    <w:rsid w:val="00A445ED"/>
    <w:rsid w:val="00AA1D8D"/>
    <w:rsid w:val="00B26F3E"/>
    <w:rsid w:val="00B33A1B"/>
    <w:rsid w:val="00B47730"/>
    <w:rsid w:val="00CB0664"/>
    <w:rsid w:val="00D11565"/>
    <w:rsid w:val="00F072F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970C65"/>
  <w14:defaultImageDpi w14:val="300"/>
  <w15:docId w15:val="{6F26D609-37BC-4D4A-B8AA-5C3505C7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LENOVO</cp:lastModifiedBy>
  <cp:revision>5</cp:revision>
  <dcterms:created xsi:type="dcterms:W3CDTF">2013-12-23T23:15:00Z</dcterms:created>
  <dcterms:modified xsi:type="dcterms:W3CDTF">2026-02-23T18:09:00Z</dcterms:modified>
  <cp:category/>
</cp:coreProperties>
</file>